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5"/>
        <w:gridCol w:w="4251"/>
      </w:tblGrid>
      <w:tr>
        <w:tc>
          <w:tcPr>
            <w:tcW w:type="dxa" w:w="5386"/>
          </w:tcPr>
          <w:p>
            <w:r>
              <w:rPr>
                <w:b/>
                <w:i w:val="0"/>
                <w:color w:val="3F6F60"/>
                <w:sz w:val="32"/>
              </w:rPr>
              <w:t>[Ihr Firmenname]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B706D"/>
                <w:sz w:val="18"/>
              </w:rPr>
              <w:t>[Straße Hausnummer] · [PLZ Ort]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B706D"/>
                <w:sz w:val="18"/>
              </w:rPr>
              <w:t>[Telefon] · [E-Mail] · [Website]</w:t>
            </w:r>
          </w:p>
        </w:tc>
        <w:tc>
          <w:tcPr>
            <w:tcW w:type="dxa" w:w="4252"/>
          </w:tcPr>
          <w:p>
            <w:pPr>
              <w:jc w:val="right"/>
            </w:pPr>
            <w:r>
              <w:rPr>
                <w:b/>
                <w:i w:val="0"/>
                <w:color w:val="252525"/>
                <w:sz w:val="40"/>
              </w:rPr>
              <w:t>ANGEBOT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06D"/>
                <w:sz w:val="18"/>
              </w:rPr>
              <w:t xml:space="preserve">Angebotsnummer: </w:t>
            </w:r>
            <w:r>
              <w:rPr>
                <w:b/>
                <w:i w:val="0"/>
                <w:color w:val="252525"/>
                <w:sz w:val="18"/>
              </w:rPr>
              <w:t>[ANG-2026-001]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06D"/>
                <w:sz w:val="18"/>
              </w:rPr>
              <w:t xml:space="preserve">Datum: </w:t>
            </w:r>
            <w:r>
              <w:rPr>
                <w:b/>
                <w:i w:val="0"/>
                <w:color w:val="252525"/>
                <w:sz w:val="18"/>
              </w:rPr>
              <w:t>[TT.MM.JJJJ]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06D"/>
                <w:sz w:val="18"/>
              </w:rPr>
              <w:t xml:space="preserve">Gültig bis: </w:t>
            </w:r>
            <w:r>
              <w:rPr>
                <w:b/>
                <w:i w:val="0"/>
                <w:color w:val="252525"/>
                <w:sz w:val="18"/>
              </w:rPr>
              <w:t>[TT.MM.JJJJ]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06D"/>
                <w:sz w:val="18"/>
              </w:rPr>
              <w:t xml:space="preserve">Ihre Kundennummer: </w:t>
            </w:r>
            <w:r>
              <w:rPr>
                <w:b/>
                <w:i w:val="0"/>
                <w:color w:val="252525"/>
                <w:sz w:val="18"/>
              </w:rPr>
              <w:t>[optional]</w:t>
            </w:r>
          </w:p>
        </w:tc>
      </w:tr>
    </w:tbl>
    <w:p>
      <w:pPr>
        <w:spacing w:after="280" w:before="0"/>
      </w:pPr>
    </w:p>
    <w:p>
      <w:pPr>
        <w:spacing w:after="60" w:before="0"/>
      </w:pPr>
      <w:r>
        <w:rPr>
          <w:b w:val="0"/>
          <w:i w:val="0"/>
          <w:color w:val="6B706D"/>
          <w:sz w:val="15"/>
        </w:rPr>
        <w:t>[Ihr Firmenname] · [Straße Hausnummer] · [PLZ Ort]</w:t>
      </w:r>
    </w:p>
    <w:p>
      <w:pPr>
        <w:spacing w:after="0" w:before="0"/>
      </w:pPr>
      <w:r>
        <w:rPr>
          <w:b w:val="0"/>
          <w:i w:val="0"/>
          <w:color w:val="252525"/>
          <w:sz w:val="21"/>
        </w:rPr>
        <w:t>[Firma des Kunden]</w:t>
      </w:r>
    </w:p>
    <w:p>
      <w:pPr>
        <w:spacing w:after="0" w:before="0"/>
      </w:pPr>
      <w:r>
        <w:rPr>
          <w:b w:val="0"/>
          <w:i w:val="0"/>
          <w:color w:val="252525"/>
          <w:sz w:val="21"/>
        </w:rPr>
        <w:t>[Ansprechpartner]</w:t>
      </w:r>
    </w:p>
    <w:p>
      <w:pPr>
        <w:spacing w:after="0" w:before="0"/>
      </w:pPr>
      <w:r>
        <w:rPr>
          <w:b w:val="0"/>
          <w:i w:val="0"/>
          <w:color w:val="252525"/>
          <w:sz w:val="21"/>
        </w:rPr>
        <w:t>[Straße Hausnummer]</w:t>
      </w:r>
    </w:p>
    <w:p>
      <w:pPr>
        <w:spacing w:after="0" w:before="0"/>
      </w:pPr>
      <w:r>
        <w:rPr>
          <w:b w:val="0"/>
          <w:i w:val="0"/>
          <w:color w:val="252525"/>
          <w:sz w:val="21"/>
        </w:rPr>
        <w:t>[PLZ Ort]</w:t>
      </w:r>
    </w:p>
    <w:p>
      <w:pPr>
        <w:spacing w:after="320" w:before="0"/>
      </w:pPr>
    </w:p>
    <w:p>
      <w:pPr>
        <w:spacing w:after="160" w:before="0"/>
      </w:pPr>
      <w:r>
        <w:rPr>
          <w:b/>
          <w:i w:val="0"/>
          <w:color w:val="252525"/>
          <w:sz w:val="26"/>
        </w:rPr>
        <w:t>Angebot: [Betreff, z. B. Website-Relaunch oder Badsanierung]</w:t>
      </w:r>
    </w:p>
    <w:p>
      <w:pPr>
        <w:spacing w:after="120" w:before="0"/>
      </w:pPr>
      <w:r>
        <w:rPr>
          <w:b w:val="0"/>
          <w:i w:val="0"/>
          <w:color w:val="252525"/>
          <w:sz w:val="20"/>
        </w:rPr>
        <w:t>Sehr geehrte Damen und Herren,</w:t>
      </w:r>
    </w:p>
    <w:p>
      <w:pPr>
        <w:spacing w:after="200" w:before="0"/>
      </w:pPr>
      <w:r>
        <w:rPr>
          <w:b w:val="0"/>
          <w:i w:val="0"/>
          <w:color w:val="252525"/>
          <w:sz w:val="20"/>
        </w:rPr>
        <w:t>vielen Dank für Ihre Anfrage und das freundliche Gespräch. Gerne unterbreiten wir Ihnen das folgende Angebot:</w:t>
      </w:r>
    </w:p>
    <w:tbl>
      <w:tblPr>
        <w:tblW w:type="dxa" w:w="9637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3"/>
        <w:gridCol w:w="4138"/>
        <w:gridCol w:w="850"/>
        <w:gridCol w:w="1077"/>
        <w:gridCol w:w="1474"/>
        <w:gridCol w:w="1474"/>
      </w:tblGrid>
      <w:tr>
        <w:tc>
          <w:tcPr>
            <w:tcW w:type="dxa" w:w="624"/>
            <w:shd w:val="clear" w:color="auto" w:fill="3F6F60"/>
          </w:tcPr>
          <w:p>
            <w:pPr>
              <w:jc w:val="left"/>
            </w:pPr>
            <w:r>
              <w:rPr>
                <w:b/>
                <w:i w:val="0"/>
                <w:color w:val="FFFFFF"/>
                <w:sz w:val="18"/>
              </w:rPr>
              <w:t>Pos.</w:t>
            </w:r>
          </w:p>
        </w:tc>
        <w:tc>
          <w:tcPr>
            <w:tcW w:type="dxa" w:w="4139"/>
            <w:shd w:val="clear" w:color="auto" w:fill="3F6F60"/>
          </w:tcPr>
          <w:p>
            <w:pPr>
              <w:jc w:val="left"/>
            </w:pPr>
            <w:r>
              <w:rPr>
                <w:b/>
                <w:i w:val="0"/>
                <w:color w:val="FFFFFF"/>
                <w:sz w:val="18"/>
              </w:rPr>
              <w:t>Leistung</w:t>
            </w:r>
          </w:p>
        </w:tc>
        <w:tc>
          <w:tcPr>
            <w:tcW w:type="dxa" w:w="850"/>
            <w:shd w:val="clear" w:color="auto" w:fill="3F6F60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8"/>
              </w:rPr>
              <w:t>Menge</w:t>
            </w:r>
          </w:p>
        </w:tc>
        <w:tc>
          <w:tcPr>
            <w:tcW w:type="dxa" w:w="1077"/>
            <w:shd w:val="clear" w:color="auto" w:fill="3F6F60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8"/>
              </w:rPr>
              <w:t>Einheit</w:t>
            </w:r>
          </w:p>
        </w:tc>
        <w:tc>
          <w:tcPr>
            <w:tcW w:type="dxa" w:w="1474"/>
            <w:shd w:val="clear" w:color="auto" w:fill="3F6F60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8"/>
              </w:rPr>
              <w:t>Einzelpreis</w:t>
            </w:r>
          </w:p>
        </w:tc>
        <w:tc>
          <w:tcPr>
            <w:tcW w:type="dxa" w:w="1474"/>
            <w:shd w:val="clear" w:color="auto" w:fill="3F6F60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8"/>
              </w:rPr>
              <w:t>Gesamt</w:t>
            </w:r>
          </w:p>
        </w:tc>
      </w:tr>
      <w:tr>
        <w:tc>
          <w:tcPr>
            <w:tcW w:type="dxa" w:w="62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 w:val="0"/>
                <w:i w:val="0"/>
                <w:color w:val="252525"/>
                <w:sz w:val="20"/>
              </w:rPr>
              <w:t>1</w:t>
            </w:r>
          </w:p>
        </w:tc>
        <w:tc>
          <w:tcPr>
            <w:tcW w:type="dxa" w:w="4139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/>
                <w:i w:val="0"/>
                <w:color w:val="252525"/>
                <w:sz w:val="20"/>
              </w:rPr>
              <w:t>[Leistung 1]</w:t>
            </w:r>
          </w:p>
          <w:p>
            <w:r>
              <w:rPr>
                <w:b w:val="0"/>
                <w:i w:val="0"/>
                <w:color w:val="6B706D"/>
                <w:sz w:val="17"/>
              </w:rPr>
              <w:t>[Kurze Beschreibung, was genau enthalten ist]</w:t>
            </w:r>
          </w:p>
        </w:tc>
        <w:tc>
          <w:tcPr>
            <w:tcW w:type="dxa" w:w="850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1</w:t>
            </w:r>
          </w:p>
        </w:tc>
        <w:tc>
          <w:tcPr>
            <w:tcW w:type="dxa" w:w="1077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pauschal</w:t>
            </w:r>
          </w:p>
        </w:tc>
        <w:tc>
          <w:tcPr>
            <w:tcW w:type="dxa" w:w="147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1.200,00 €</w:t>
            </w:r>
          </w:p>
        </w:tc>
        <w:tc>
          <w:tcPr>
            <w:tcW w:type="dxa" w:w="147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/>
                <w:i w:val="0"/>
                <w:color w:val="252525"/>
                <w:sz w:val="20"/>
              </w:rPr>
              <w:t>1.200,00 €</w:t>
            </w:r>
          </w:p>
        </w:tc>
      </w:tr>
      <w:tr>
        <w:tc>
          <w:tcPr>
            <w:tcW w:type="dxa" w:w="624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 w:val="0"/>
                <w:i w:val="0"/>
                <w:color w:val="252525"/>
                <w:sz w:val="20"/>
              </w:rPr>
              <w:t>2</w:t>
            </w:r>
          </w:p>
        </w:tc>
        <w:tc>
          <w:tcPr>
            <w:tcW w:type="dxa" w:w="4139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/>
                <w:i w:val="0"/>
                <w:color w:val="252525"/>
                <w:sz w:val="20"/>
              </w:rPr>
              <w:t>[Leistung 2]</w:t>
            </w:r>
          </w:p>
          <w:p>
            <w:r>
              <w:rPr>
                <w:b w:val="0"/>
                <w:i w:val="0"/>
                <w:color w:val="6B706D"/>
                <w:sz w:val="17"/>
              </w:rPr>
              <w:t>[z. B. Arbeitszeit, Material oder Projektphase]</w:t>
            </w:r>
          </w:p>
        </w:tc>
        <w:tc>
          <w:tcPr>
            <w:tcW w:type="dxa" w:w="850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8</w:t>
            </w:r>
          </w:p>
        </w:tc>
        <w:tc>
          <w:tcPr>
            <w:tcW w:type="dxa" w:w="1077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Std.</w:t>
            </w:r>
          </w:p>
        </w:tc>
        <w:tc>
          <w:tcPr>
            <w:tcW w:type="dxa" w:w="1474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85,00 €</w:t>
            </w:r>
          </w:p>
        </w:tc>
        <w:tc>
          <w:tcPr>
            <w:tcW w:type="dxa" w:w="1474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/>
                <w:i w:val="0"/>
                <w:color w:val="252525"/>
                <w:sz w:val="20"/>
              </w:rPr>
              <w:t>680,00 €</w:t>
            </w:r>
          </w:p>
        </w:tc>
      </w:tr>
      <w:tr>
        <w:tc>
          <w:tcPr>
            <w:tcW w:type="dxa" w:w="62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 w:val="0"/>
                <w:i w:val="0"/>
                <w:color w:val="252525"/>
                <w:sz w:val="20"/>
              </w:rPr>
              <w:t>3</w:t>
            </w:r>
          </w:p>
        </w:tc>
        <w:tc>
          <w:tcPr>
            <w:tcW w:type="dxa" w:w="4139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/>
                <w:i w:val="0"/>
                <w:color w:val="252525"/>
                <w:sz w:val="20"/>
              </w:rPr>
              <w:t>[Leistung 3]</w:t>
            </w:r>
          </w:p>
          <w:p>
            <w:r>
              <w:rPr>
                <w:b w:val="0"/>
                <w:i w:val="0"/>
                <w:color w:val="6B706D"/>
                <w:sz w:val="17"/>
              </w:rPr>
              <w:t>[optional: weitere Position]</w:t>
            </w:r>
          </w:p>
        </w:tc>
        <w:tc>
          <w:tcPr>
            <w:tcW w:type="dxa" w:w="850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1</w:t>
            </w:r>
          </w:p>
        </w:tc>
        <w:tc>
          <w:tcPr>
            <w:tcW w:type="dxa" w:w="1077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Stk.</w:t>
            </w:r>
          </w:p>
        </w:tc>
        <w:tc>
          <w:tcPr>
            <w:tcW w:type="dxa" w:w="147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350,00 €</w:t>
            </w:r>
          </w:p>
        </w:tc>
        <w:tc>
          <w:tcPr>
            <w:tcW w:type="dxa" w:w="147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/>
                <w:i w:val="0"/>
                <w:color w:val="252525"/>
                <w:sz w:val="20"/>
              </w:rPr>
              <w:t>350,00 €</w:t>
            </w:r>
          </w:p>
        </w:tc>
      </w:tr>
      <w:tr>
        <w:tc>
          <w:tcPr>
            <w:tcW w:type="dxa" w:w="1474"/>
            <w:gridSpan w:val="5"/>
          </w:tcPr>
          <w:p>
            <w:pPr>
              <w:jc w:val="right"/>
            </w:pPr>
            <w:r/>
            <w:r>
              <w:rPr>
                <w:b w:val="0"/>
                <w:i w:val="0"/>
                <w:color w:val="252525"/>
                <w:sz w:val="20"/>
              </w:rPr>
              <w:t>Zwischensumme (netto)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2.230,00 €</w:t>
            </w:r>
          </w:p>
        </w:tc>
      </w:tr>
      <w:tr>
        <w:tc>
          <w:tcPr>
            <w:tcW w:type="dxa" w:w="1474"/>
            <w:gridSpan w:val="5"/>
            <w:tcBorders>
              <w:top w:val="single" w:sz="12" w:color="3F6F60"/>
              <w:left w:val="nil"/>
              <w:right w:val="nil"/>
              <w:insideV w:val="nil"/>
            </w:tcBorders>
          </w:tcPr>
          <w:p>
            <w:pPr>
              <w:jc w:val="right"/>
            </w:pPr>
            <w:r/>
            <w:r>
              <w:rPr>
                <w:b/>
                <w:i w:val="0"/>
                <w:color w:val="3F6F60"/>
                <w:sz w:val="22"/>
              </w:rPr>
              <w:t>Gesamtbetrag</w:t>
            </w:r>
          </w:p>
        </w:tc>
        <w:tc>
          <w:tcPr>
            <w:tcW w:type="dxa" w:w="1474"/>
            <w:tcBorders>
              <w:top w:val="single" w:sz="12" w:color="3F6F60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/>
                <w:i w:val="0"/>
                <w:color w:val="3F6F60"/>
                <w:sz w:val="22"/>
              </w:rPr>
              <w:t>2.230,00 €</w:t>
            </w:r>
          </w:p>
        </w:tc>
      </w:tr>
    </w:tbl>
    <w:p>
      <w:pPr>
        <w:spacing w:after="80" w:before="0"/>
      </w:pPr>
    </w:p>
    <w:p>
      <w:pPr>
        <w:spacing w:after="40" w:before="0"/>
      </w:pPr>
      <w:r>
        <w:rPr>
          <w:b w:val="0"/>
          <w:i/>
          <w:color w:val="6B706D"/>
          <w:sz w:val="18"/>
        </w:rPr>
        <w:t>Gemäß § 19 UStG wird keine Umsatzsteuer berechnet (Kleinunternehmerregelung).</w:t>
      </w:r>
    </w:p>
    <w:p>
      <w:pPr>
        <w:spacing w:after="200" w:before="0"/>
      </w:pPr>
    </w:p>
    <w:p>
      <w:pPr>
        <w:spacing w:after="60" w:before="0"/>
      </w:pPr>
      <w:r>
        <w:rPr>
          <w:b/>
          <w:i w:val="0"/>
          <w:color w:val="3F6F60"/>
          <w:sz w:val="21"/>
        </w:rPr>
        <w:t>Konditionen</w:t>
      </w:r>
    </w:p>
    <w:p>
      <w:pPr>
        <w:spacing w:after="20" w:before="0"/>
      </w:pPr>
      <w:r>
        <w:rPr>
          <w:b/>
          <w:i w:val="0"/>
          <w:color w:val="252525"/>
          <w:sz w:val="20"/>
        </w:rPr>
        <w:t xml:space="preserve">Zahlungsbedingungen: </w:t>
      </w:r>
      <w:r>
        <w:rPr>
          <w:b w:val="0"/>
          <w:i w:val="0"/>
          <w:color w:val="252525"/>
          <w:sz w:val="20"/>
        </w:rPr>
        <w:t>[z. B. 14 Tage netto nach Rechnungsstellung]</w:t>
      </w:r>
    </w:p>
    <w:p>
      <w:pPr>
        <w:spacing w:after="20" w:before="0"/>
      </w:pPr>
      <w:r>
        <w:rPr>
          <w:b/>
          <w:i w:val="0"/>
          <w:color w:val="252525"/>
          <w:sz w:val="20"/>
        </w:rPr>
        <w:t xml:space="preserve">Leistungszeitraum: </w:t>
      </w:r>
      <w:r>
        <w:rPr>
          <w:b w:val="0"/>
          <w:i w:val="0"/>
          <w:color w:val="252525"/>
          <w:sz w:val="20"/>
        </w:rPr>
        <w:t>[z. B. KW 12 bis KW 16 oder nach Vereinbarung]</w:t>
      </w:r>
    </w:p>
    <w:p>
      <w:pPr>
        <w:spacing w:after="20" w:before="0"/>
      </w:pPr>
      <w:r>
        <w:rPr>
          <w:b/>
          <w:i w:val="0"/>
          <w:color w:val="252525"/>
          <w:sz w:val="20"/>
        </w:rPr>
        <w:t xml:space="preserve">Gültigkeit: </w:t>
      </w:r>
      <w:r>
        <w:rPr>
          <w:b w:val="0"/>
          <w:i w:val="0"/>
          <w:color w:val="252525"/>
          <w:sz w:val="20"/>
        </w:rPr>
        <w:t>Dieses Angebot ist bis zum [TT.MM.JJJJ] gültig.</w:t>
      </w:r>
    </w:p>
    <w:p>
      <w:pPr>
        <w:spacing w:after="160" w:before="0"/>
      </w:pPr>
    </w:p>
    <w:p>
      <w:pPr>
        <w:spacing w:after="240" w:before="0"/>
      </w:pPr>
      <w:r>
        <w:rPr>
          <w:b w:val="0"/>
          <w:i w:val="0"/>
          <w:color w:val="252525"/>
          <w:sz w:val="20"/>
        </w:rPr>
        <w:t>Wir freuen uns auf Ihren Auftrag. Bei Fragen erreichen Sie uns jederzeit unter [Telefon] oder [E-Mail].</w:t>
      </w:r>
    </w:p>
    <w:p>
      <w:pPr>
        <w:spacing w:after="520" w:before="0"/>
      </w:pPr>
      <w:r>
        <w:rPr>
          <w:b w:val="0"/>
          <w:i w:val="0"/>
          <w:color w:val="252525"/>
          <w:sz w:val="20"/>
        </w:rPr>
        <w:t>Mit freundlichen Grüßen</w:t>
      </w:r>
    </w:p>
    <w:p>
      <w:pPr>
        <w:spacing w:after="0" w:before="0"/>
      </w:pPr>
      <w:r>
        <w:rPr>
          <w:b w:val="0"/>
          <w:i w:val="0"/>
          <w:color w:val="252525"/>
          <w:sz w:val="20"/>
        </w:rPr>
        <w:t>[Vor- und Nachname]</w:t>
      </w:r>
    </w:p>
    <w:p>
      <w:pPr>
        <w:spacing w:after="360" w:before="0"/>
      </w:pPr>
      <w:r>
        <w:rPr>
          <w:b w:val="0"/>
          <w:i w:val="0"/>
          <w:color w:val="6B706D"/>
          <w:sz w:val="18"/>
        </w:rPr>
        <w:t>[Funktion] · [Ihr Firmenname]</w:t>
      </w:r>
    </w:p>
    <w:p>
      <w:pPr>
        <w:spacing w:after="40" w:before="0"/>
      </w:pPr>
      <w:r>
        <w:rPr>
          <w:b/>
          <w:i w:val="0"/>
          <w:color w:val="252525"/>
          <w:sz w:val="18"/>
        </w:rPr>
        <w:t xml:space="preserve">Angebot angenommen: </w:t>
      </w:r>
      <w:r>
        <w:rPr>
          <w:b w:val="0"/>
          <w:i w:val="0"/>
          <w:color w:val="6B706D"/>
          <w:sz w:val="18"/>
        </w:rPr>
        <w:t>____________________________   Datum, Unterschrift Auftraggeber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706D"/>
        <w:sz w:val="15"/>
      </w:rPr>
      <w:t>[Ihr Firmenname] · [Inhaber/Geschäftsführer] · Steuernr. [12/345/67890]</w:t>
    </w:r>
  </w:p>
  <w:p>
    <w:pPr>
      <w:jc w:val="center"/>
    </w:pPr>
    <w:r>
      <w:rPr>
        <w:b w:val="0"/>
        <w:i w:val="0"/>
        <w:color w:val="6B706D"/>
        <w:sz w:val="15"/>
      </w:rPr>
      <w:t>Bank: [Bankname] · IBAN [DE00 0000 0000 0000 0000 00] · BIC [XXXXXXXX]</w:t>
    </w:r>
  </w:p>
  <w:p>
    <w:pPr>
      <w:jc w:val="center"/>
    </w:pPr>
    <w:r>
      <w:rPr>
        <w:b w:val="0"/>
        <w:i w:val="0"/>
        <w:color w:val="A0A5A2"/>
        <w:sz w:val="13"/>
      </w:rPr>
      <w:t>Vorlage: AngebotErstellen.de – Angebote online erstellen, MwSt. automatisch berechnen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Vorlage Kleinunternehmer</dc:title>
  <dc:subject/>
  <dc:creator>AngebotErstellen.de</dc:creator>
  <cp:keywords/>
  <dc:description>Kostenlose Vorlage von https://angeboterstellen.de/vorlagen/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